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7F8F" w14:textId="0D08CC84" w:rsidR="00EC75DD" w:rsidRDefault="00691D0F">
      <w:pPr>
        <w:pStyle w:val="Heading1"/>
      </w:pPr>
      <w:r>
        <w:t>Detailed</w:t>
      </w:r>
      <w:r w:rsidR="00C66519">
        <w:t xml:space="preserve"> Clinical Hours </w:t>
      </w:r>
      <w:r>
        <w:t>2026-2027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1562"/>
        <w:gridCol w:w="1009"/>
        <w:gridCol w:w="818"/>
        <w:gridCol w:w="1234"/>
        <w:gridCol w:w="1367"/>
        <w:gridCol w:w="751"/>
        <w:gridCol w:w="873"/>
      </w:tblGrid>
      <w:tr w:rsidR="00EC75DD" w14:paraId="2ABBFB41" w14:textId="77777777">
        <w:trPr>
          <w:tblHeader/>
        </w:trPr>
        <w:tc>
          <w:tcPr>
            <w:tcW w:w="1080" w:type="dxa"/>
          </w:tcPr>
          <w:p w14:paraId="6E9C4938" w14:textId="77777777" w:rsidR="00EC75DD" w:rsidRDefault="00C66519">
            <w:r>
              <w:t>Course Number</w:t>
            </w:r>
          </w:p>
        </w:tc>
        <w:tc>
          <w:tcPr>
            <w:tcW w:w="1080" w:type="dxa"/>
          </w:tcPr>
          <w:p w14:paraId="7CB1D2FD" w14:textId="77777777" w:rsidR="00EC75DD" w:rsidRDefault="00C66519">
            <w:r>
              <w:t>Course Name</w:t>
            </w:r>
          </w:p>
        </w:tc>
        <w:tc>
          <w:tcPr>
            <w:tcW w:w="1080" w:type="dxa"/>
          </w:tcPr>
          <w:p w14:paraId="4CF8389C" w14:textId="77777777" w:rsidR="00EC75DD" w:rsidRDefault="00C66519">
            <w:r>
              <w:t>Didactic</w:t>
            </w:r>
          </w:p>
        </w:tc>
        <w:tc>
          <w:tcPr>
            <w:tcW w:w="1080" w:type="dxa"/>
          </w:tcPr>
          <w:p w14:paraId="69A08685" w14:textId="77777777" w:rsidR="00EC75DD" w:rsidRDefault="00C66519">
            <w:r>
              <w:t>Skills Lab</w:t>
            </w:r>
          </w:p>
        </w:tc>
        <w:tc>
          <w:tcPr>
            <w:tcW w:w="1080" w:type="dxa"/>
          </w:tcPr>
          <w:p w14:paraId="4E5591F4" w14:textId="77777777" w:rsidR="00EC75DD" w:rsidRDefault="00C66519">
            <w:r>
              <w:t>Simulation</w:t>
            </w:r>
          </w:p>
        </w:tc>
        <w:tc>
          <w:tcPr>
            <w:tcW w:w="1080" w:type="dxa"/>
          </w:tcPr>
          <w:p w14:paraId="43CD1E39" w14:textId="77777777" w:rsidR="00EC75DD" w:rsidRDefault="00C66519">
            <w:r>
              <w:t>Observation</w:t>
            </w:r>
          </w:p>
        </w:tc>
        <w:tc>
          <w:tcPr>
            <w:tcW w:w="1080" w:type="dxa"/>
          </w:tcPr>
          <w:p w14:paraId="2F0D4FB8" w14:textId="77777777" w:rsidR="00EC75DD" w:rsidRDefault="00C66519">
            <w:r>
              <w:t>Sim Lieu</w:t>
            </w:r>
          </w:p>
        </w:tc>
        <w:tc>
          <w:tcPr>
            <w:tcW w:w="1080" w:type="dxa"/>
          </w:tcPr>
          <w:p w14:paraId="2CB8059C" w14:textId="77777777" w:rsidR="00EC75DD" w:rsidRDefault="00C66519">
            <w:r>
              <w:t>Direct Care</w:t>
            </w:r>
          </w:p>
        </w:tc>
      </w:tr>
      <w:tr w:rsidR="00EC75DD" w14:paraId="195668A1" w14:textId="77777777">
        <w:tc>
          <w:tcPr>
            <w:tcW w:w="1080" w:type="dxa"/>
          </w:tcPr>
          <w:p w14:paraId="08A2AE54" w14:textId="77777777" w:rsidR="00EC75DD" w:rsidRDefault="00C66519">
            <w:r>
              <w:t>PNE 146</w:t>
            </w:r>
          </w:p>
        </w:tc>
        <w:tc>
          <w:tcPr>
            <w:tcW w:w="1080" w:type="dxa"/>
          </w:tcPr>
          <w:p w14:paraId="64068B74" w14:textId="77777777" w:rsidR="00EC75DD" w:rsidRDefault="00C66519">
            <w:r>
              <w:t>Fundamentals of Practical Nursing</w:t>
            </w:r>
          </w:p>
        </w:tc>
        <w:tc>
          <w:tcPr>
            <w:tcW w:w="1080" w:type="dxa"/>
          </w:tcPr>
          <w:p w14:paraId="6A20D128" w14:textId="77777777" w:rsidR="00EC75DD" w:rsidRDefault="00C66519">
            <w:r>
              <w:t>30</w:t>
            </w:r>
          </w:p>
        </w:tc>
        <w:tc>
          <w:tcPr>
            <w:tcW w:w="1080" w:type="dxa"/>
          </w:tcPr>
          <w:p w14:paraId="0804DA94" w14:textId="77777777" w:rsidR="00EC75DD" w:rsidRDefault="00C66519">
            <w:r>
              <w:t>180</w:t>
            </w:r>
          </w:p>
        </w:tc>
        <w:tc>
          <w:tcPr>
            <w:tcW w:w="1080" w:type="dxa"/>
          </w:tcPr>
          <w:p w14:paraId="3D421A9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C02B68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7F20F7D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ED0BFAF" w14:textId="77777777" w:rsidR="00EC75DD" w:rsidRDefault="00C66519">
            <w:r>
              <w:t>48</w:t>
            </w:r>
          </w:p>
        </w:tc>
      </w:tr>
      <w:tr w:rsidR="00EC75DD" w14:paraId="1DB81EF6" w14:textId="77777777">
        <w:tc>
          <w:tcPr>
            <w:tcW w:w="1080" w:type="dxa"/>
          </w:tcPr>
          <w:p w14:paraId="22F8A9FA" w14:textId="77777777" w:rsidR="00EC75DD" w:rsidRDefault="00C66519">
            <w:r>
              <w:t>PNE 155</w:t>
            </w:r>
          </w:p>
        </w:tc>
        <w:tc>
          <w:tcPr>
            <w:tcW w:w="1080" w:type="dxa"/>
          </w:tcPr>
          <w:p w14:paraId="389DAC38" w14:textId="77777777" w:rsidR="00EC75DD" w:rsidRDefault="00C66519">
            <w:r>
              <w:t>Body Structure and Function</w:t>
            </w:r>
          </w:p>
        </w:tc>
        <w:tc>
          <w:tcPr>
            <w:tcW w:w="1080" w:type="dxa"/>
          </w:tcPr>
          <w:p w14:paraId="13E4B65D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4834D557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DE9565B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BA29C2D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84E5040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4F69824A" w14:textId="77777777" w:rsidR="00EC75DD" w:rsidRDefault="00C66519">
            <w:r>
              <w:t>0</w:t>
            </w:r>
          </w:p>
        </w:tc>
      </w:tr>
      <w:tr w:rsidR="00EC75DD" w14:paraId="6D4E85AE" w14:textId="77777777">
        <w:tc>
          <w:tcPr>
            <w:tcW w:w="1080" w:type="dxa"/>
          </w:tcPr>
          <w:p w14:paraId="3B88812F" w14:textId="77777777" w:rsidR="00EC75DD" w:rsidRDefault="00C66519">
            <w:r>
              <w:t>PNE 195</w:t>
            </w:r>
          </w:p>
        </w:tc>
        <w:tc>
          <w:tcPr>
            <w:tcW w:w="1080" w:type="dxa"/>
          </w:tcPr>
          <w:p w14:paraId="7ED0BC4A" w14:textId="77777777" w:rsidR="00EC75DD" w:rsidRDefault="00C66519">
            <w:r>
              <w:t>Topics in PNE Success</w:t>
            </w:r>
          </w:p>
        </w:tc>
        <w:tc>
          <w:tcPr>
            <w:tcW w:w="1080" w:type="dxa"/>
          </w:tcPr>
          <w:p w14:paraId="28D46961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77DB89DF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3C4535D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462F161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176FC89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366F77AA" w14:textId="77777777" w:rsidR="00EC75DD" w:rsidRDefault="00C66519">
            <w:r>
              <w:t>0</w:t>
            </w:r>
          </w:p>
        </w:tc>
      </w:tr>
      <w:tr w:rsidR="00EC75DD" w14:paraId="71703959" w14:textId="77777777">
        <w:tc>
          <w:tcPr>
            <w:tcW w:w="1080" w:type="dxa"/>
          </w:tcPr>
          <w:p w14:paraId="786B44A4" w14:textId="77777777" w:rsidR="00EC75DD" w:rsidRDefault="00C66519">
            <w:r>
              <w:t>PNE 174</w:t>
            </w:r>
          </w:p>
        </w:tc>
        <w:tc>
          <w:tcPr>
            <w:tcW w:w="1080" w:type="dxa"/>
          </w:tcPr>
          <w:p w14:paraId="46353F17" w14:textId="77777777" w:rsidR="00EC75DD" w:rsidRDefault="00C66519">
            <w:r>
              <w:t>Applied Pharmacology for Practical Nursing</w:t>
            </w:r>
          </w:p>
        </w:tc>
        <w:tc>
          <w:tcPr>
            <w:tcW w:w="1080" w:type="dxa"/>
          </w:tcPr>
          <w:p w14:paraId="03C22469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49FB7575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4ED5F4E0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1201A62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47A0CF62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7F40BBC4" w14:textId="77777777" w:rsidR="00EC75DD" w:rsidRDefault="00C66519">
            <w:r>
              <w:t>0</w:t>
            </w:r>
          </w:p>
        </w:tc>
      </w:tr>
      <w:tr w:rsidR="00EC75DD" w14:paraId="2F95248B" w14:textId="77777777">
        <w:tc>
          <w:tcPr>
            <w:tcW w:w="1080" w:type="dxa"/>
          </w:tcPr>
          <w:p w14:paraId="795501F1" w14:textId="77777777" w:rsidR="00EC75DD" w:rsidRDefault="00C66519">
            <w:r>
              <w:t>PNE 151</w:t>
            </w:r>
          </w:p>
        </w:tc>
        <w:tc>
          <w:tcPr>
            <w:tcW w:w="1080" w:type="dxa"/>
          </w:tcPr>
          <w:p w14:paraId="4D386912" w14:textId="77777777" w:rsidR="00EC75DD" w:rsidRDefault="00C66519">
            <w:r>
              <w:t>Medical-Surgical Nursing I</w:t>
            </w:r>
          </w:p>
        </w:tc>
        <w:tc>
          <w:tcPr>
            <w:tcW w:w="1080" w:type="dxa"/>
          </w:tcPr>
          <w:p w14:paraId="0823AE62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5BE5AD15" w14:textId="77777777" w:rsidR="00EC75DD" w:rsidRDefault="00C66519">
            <w:r>
              <w:t>13</w:t>
            </w:r>
          </w:p>
        </w:tc>
        <w:tc>
          <w:tcPr>
            <w:tcW w:w="1080" w:type="dxa"/>
          </w:tcPr>
          <w:p w14:paraId="152DE369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1C79F263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D547F22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7D9DF38B" w14:textId="77777777" w:rsidR="00EC75DD" w:rsidRDefault="00C66519">
            <w:r>
              <w:t>0</w:t>
            </w:r>
          </w:p>
        </w:tc>
      </w:tr>
      <w:tr w:rsidR="00EC75DD" w14:paraId="713EF7B6" w14:textId="77777777">
        <w:tc>
          <w:tcPr>
            <w:tcW w:w="1080" w:type="dxa"/>
          </w:tcPr>
          <w:p w14:paraId="07A7A484" w14:textId="77777777" w:rsidR="00EC75DD" w:rsidRDefault="00C66519">
            <w:r>
              <w:t>PNE 116</w:t>
            </w:r>
          </w:p>
        </w:tc>
        <w:tc>
          <w:tcPr>
            <w:tcW w:w="1080" w:type="dxa"/>
          </w:tcPr>
          <w:p w14:paraId="455F2263" w14:textId="77777777" w:rsidR="00EC75DD" w:rsidRDefault="00C66519">
            <w:r>
              <w:t>Normal Nutrition</w:t>
            </w:r>
          </w:p>
        </w:tc>
        <w:tc>
          <w:tcPr>
            <w:tcW w:w="1080" w:type="dxa"/>
          </w:tcPr>
          <w:p w14:paraId="6DB6FFE9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20848695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172BBC33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3DFC19B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3A12F8F4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4E5717A" w14:textId="77777777" w:rsidR="00EC75DD" w:rsidRDefault="00C66519">
            <w:r>
              <w:t>0</w:t>
            </w:r>
          </w:p>
        </w:tc>
      </w:tr>
      <w:tr w:rsidR="00EC75DD" w14:paraId="734014BD" w14:textId="77777777">
        <w:tc>
          <w:tcPr>
            <w:tcW w:w="1080" w:type="dxa"/>
          </w:tcPr>
          <w:p w14:paraId="17B1E945" w14:textId="77777777" w:rsidR="00EC75DD" w:rsidRDefault="00C66519">
            <w:r>
              <w:t>PNE 173</w:t>
            </w:r>
          </w:p>
        </w:tc>
        <w:tc>
          <w:tcPr>
            <w:tcW w:w="1080" w:type="dxa"/>
          </w:tcPr>
          <w:p w14:paraId="1F4EC220" w14:textId="77777777" w:rsidR="00EC75DD" w:rsidRDefault="00C66519">
            <w:r>
              <w:t>Pharmacology for Practical Nursing</w:t>
            </w:r>
          </w:p>
        </w:tc>
        <w:tc>
          <w:tcPr>
            <w:tcW w:w="1080" w:type="dxa"/>
          </w:tcPr>
          <w:p w14:paraId="2B7A1919" w14:textId="77777777" w:rsidR="00EC75DD" w:rsidRDefault="00C66519">
            <w:r>
              <w:t>30</w:t>
            </w:r>
          </w:p>
        </w:tc>
        <w:tc>
          <w:tcPr>
            <w:tcW w:w="1080" w:type="dxa"/>
          </w:tcPr>
          <w:p w14:paraId="062194E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159F39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2E32FB1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0A95D7C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C744320" w14:textId="77777777" w:rsidR="00EC75DD" w:rsidRDefault="00C66519">
            <w:r>
              <w:t>0</w:t>
            </w:r>
          </w:p>
        </w:tc>
      </w:tr>
      <w:tr w:rsidR="00EC75DD" w14:paraId="170326F8" w14:textId="77777777">
        <w:tc>
          <w:tcPr>
            <w:tcW w:w="1080" w:type="dxa"/>
          </w:tcPr>
          <w:p w14:paraId="7C6888FF" w14:textId="77777777" w:rsidR="00EC75DD" w:rsidRDefault="00C66519">
            <w:r>
              <w:t>PNE 181</w:t>
            </w:r>
          </w:p>
        </w:tc>
        <w:tc>
          <w:tcPr>
            <w:tcW w:w="1080" w:type="dxa"/>
          </w:tcPr>
          <w:p w14:paraId="515CA608" w14:textId="77777777" w:rsidR="00EC75DD" w:rsidRDefault="00C66519">
            <w:r>
              <w:t>Clinical I</w:t>
            </w:r>
          </w:p>
        </w:tc>
        <w:tc>
          <w:tcPr>
            <w:tcW w:w="1080" w:type="dxa"/>
          </w:tcPr>
          <w:p w14:paraId="6A5A636F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8A5940F" w14:textId="77777777" w:rsidR="00EC75DD" w:rsidRDefault="00C66519">
            <w:r>
              <w:t>225</w:t>
            </w:r>
          </w:p>
        </w:tc>
        <w:tc>
          <w:tcPr>
            <w:tcW w:w="1080" w:type="dxa"/>
          </w:tcPr>
          <w:p w14:paraId="732DCB27" w14:textId="77777777" w:rsidR="00EC75DD" w:rsidRDefault="00C66519">
            <w:r>
              <w:t>2</w:t>
            </w:r>
          </w:p>
        </w:tc>
        <w:tc>
          <w:tcPr>
            <w:tcW w:w="1080" w:type="dxa"/>
          </w:tcPr>
          <w:p w14:paraId="3ED790D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EDCD46F" w14:textId="77777777" w:rsidR="00EC75DD" w:rsidRDefault="00C66519">
            <w:r>
              <w:t>2</w:t>
            </w:r>
          </w:p>
        </w:tc>
        <w:tc>
          <w:tcPr>
            <w:tcW w:w="1080" w:type="dxa"/>
          </w:tcPr>
          <w:p w14:paraId="28CE8CFA" w14:textId="77777777" w:rsidR="00EC75DD" w:rsidRDefault="00C66519">
            <w:r>
              <w:t>144</w:t>
            </w:r>
          </w:p>
        </w:tc>
      </w:tr>
      <w:tr w:rsidR="00EC75DD" w14:paraId="3152D76C" w14:textId="77777777">
        <w:tc>
          <w:tcPr>
            <w:tcW w:w="1080" w:type="dxa"/>
          </w:tcPr>
          <w:p w14:paraId="6EFAAAE5" w14:textId="77777777" w:rsidR="00EC75DD" w:rsidRDefault="00C66519">
            <w:r>
              <w:t>PNE 152</w:t>
            </w:r>
          </w:p>
        </w:tc>
        <w:tc>
          <w:tcPr>
            <w:tcW w:w="1080" w:type="dxa"/>
          </w:tcPr>
          <w:p w14:paraId="217AF2E1" w14:textId="77777777" w:rsidR="00EC75DD" w:rsidRDefault="00C66519">
            <w:r>
              <w:t>Medical-Surgical Nursing II</w:t>
            </w:r>
          </w:p>
        </w:tc>
        <w:tc>
          <w:tcPr>
            <w:tcW w:w="1080" w:type="dxa"/>
          </w:tcPr>
          <w:p w14:paraId="04C45392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7AC6B37F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33E0F677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85BF94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B775F5A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D91E6E0" w14:textId="77777777" w:rsidR="00EC75DD" w:rsidRDefault="00C66519">
            <w:r>
              <w:t>0</w:t>
            </w:r>
          </w:p>
        </w:tc>
      </w:tr>
      <w:tr w:rsidR="00EC75DD" w14:paraId="38FE721F" w14:textId="77777777">
        <w:tc>
          <w:tcPr>
            <w:tcW w:w="1080" w:type="dxa"/>
          </w:tcPr>
          <w:p w14:paraId="521F1EFA" w14:textId="77777777" w:rsidR="00EC75DD" w:rsidRDefault="00C66519">
            <w:r>
              <w:t>PNE 130</w:t>
            </w:r>
          </w:p>
        </w:tc>
        <w:tc>
          <w:tcPr>
            <w:tcW w:w="1080" w:type="dxa"/>
          </w:tcPr>
          <w:p w14:paraId="0EF4475F" w14:textId="77777777" w:rsidR="00EC75DD" w:rsidRDefault="00C66519">
            <w:r>
              <w:t>Maternity Nursing</w:t>
            </w:r>
          </w:p>
        </w:tc>
        <w:tc>
          <w:tcPr>
            <w:tcW w:w="1080" w:type="dxa"/>
          </w:tcPr>
          <w:p w14:paraId="4C62C63A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045B7A30" w14:textId="77777777" w:rsidR="00EC75DD" w:rsidRDefault="00C66519">
            <w:r>
              <w:t>82</w:t>
            </w:r>
          </w:p>
        </w:tc>
        <w:tc>
          <w:tcPr>
            <w:tcW w:w="1080" w:type="dxa"/>
          </w:tcPr>
          <w:p w14:paraId="446B321E" w14:textId="77777777" w:rsidR="00EC75DD" w:rsidRDefault="00C66519">
            <w:r>
              <w:t>8</w:t>
            </w:r>
          </w:p>
        </w:tc>
        <w:tc>
          <w:tcPr>
            <w:tcW w:w="1080" w:type="dxa"/>
          </w:tcPr>
          <w:p w14:paraId="5F6E88F4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E88F399" w14:textId="77777777" w:rsidR="00EC75DD" w:rsidRDefault="00C66519">
            <w:r>
              <w:t>8</w:t>
            </w:r>
          </w:p>
        </w:tc>
        <w:tc>
          <w:tcPr>
            <w:tcW w:w="1080" w:type="dxa"/>
          </w:tcPr>
          <w:p w14:paraId="56F61131" w14:textId="77777777" w:rsidR="00EC75DD" w:rsidRDefault="00C66519">
            <w:r>
              <w:t>20</w:t>
            </w:r>
          </w:p>
        </w:tc>
      </w:tr>
      <w:tr w:rsidR="00EC75DD" w14:paraId="74120040" w14:textId="77777777">
        <w:tc>
          <w:tcPr>
            <w:tcW w:w="1080" w:type="dxa"/>
          </w:tcPr>
          <w:p w14:paraId="146CE9A1" w14:textId="77777777" w:rsidR="00EC75DD" w:rsidRDefault="00C66519">
            <w:r>
              <w:t>PNE 158</w:t>
            </w:r>
          </w:p>
        </w:tc>
        <w:tc>
          <w:tcPr>
            <w:tcW w:w="1080" w:type="dxa"/>
          </w:tcPr>
          <w:p w14:paraId="314B7B37" w14:textId="77777777" w:rsidR="00EC75DD" w:rsidRDefault="00C66519">
            <w:r>
              <w:t>Mental Health &amp; Psychiatric Nursing</w:t>
            </w:r>
          </w:p>
        </w:tc>
        <w:tc>
          <w:tcPr>
            <w:tcW w:w="1080" w:type="dxa"/>
          </w:tcPr>
          <w:p w14:paraId="37C2A986" w14:textId="77777777" w:rsidR="00EC75DD" w:rsidRDefault="00C66519">
            <w:r>
              <w:t>30</w:t>
            </w:r>
          </w:p>
        </w:tc>
        <w:tc>
          <w:tcPr>
            <w:tcW w:w="1080" w:type="dxa"/>
          </w:tcPr>
          <w:p w14:paraId="41EE4A87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DADF681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45D6AE6C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7EE2CF1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73EECDE" w14:textId="77777777" w:rsidR="00EC75DD" w:rsidRDefault="00C66519">
            <w:r>
              <w:t>0</w:t>
            </w:r>
          </w:p>
        </w:tc>
      </w:tr>
      <w:tr w:rsidR="00EC75DD" w14:paraId="41DF940F" w14:textId="77777777">
        <w:tc>
          <w:tcPr>
            <w:tcW w:w="1080" w:type="dxa"/>
          </w:tcPr>
          <w:p w14:paraId="71A07DE6" w14:textId="77777777" w:rsidR="00EC75DD" w:rsidRDefault="00C66519">
            <w:r>
              <w:t>PNE 157</w:t>
            </w:r>
          </w:p>
        </w:tc>
        <w:tc>
          <w:tcPr>
            <w:tcW w:w="1080" w:type="dxa"/>
          </w:tcPr>
          <w:p w14:paraId="350ADB10" w14:textId="77777777" w:rsidR="00EC75DD" w:rsidRDefault="00C66519">
            <w:r>
              <w:t>Pediatrics</w:t>
            </w:r>
          </w:p>
        </w:tc>
        <w:tc>
          <w:tcPr>
            <w:tcW w:w="1080" w:type="dxa"/>
          </w:tcPr>
          <w:p w14:paraId="7C82CE0C" w14:textId="77777777" w:rsidR="00EC75DD" w:rsidRDefault="00C66519">
            <w:r>
              <w:t>45</w:t>
            </w:r>
          </w:p>
        </w:tc>
        <w:tc>
          <w:tcPr>
            <w:tcW w:w="1080" w:type="dxa"/>
          </w:tcPr>
          <w:p w14:paraId="4127AF60" w14:textId="77777777" w:rsidR="00EC75DD" w:rsidRDefault="00C66519">
            <w:r>
              <w:t>67</w:t>
            </w:r>
          </w:p>
        </w:tc>
        <w:tc>
          <w:tcPr>
            <w:tcW w:w="1080" w:type="dxa"/>
          </w:tcPr>
          <w:p w14:paraId="2A7FCA05" w14:textId="77777777" w:rsidR="00EC75DD" w:rsidRDefault="00C66519">
            <w:r>
              <w:t>8</w:t>
            </w:r>
          </w:p>
        </w:tc>
        <w:tc>
          <w:tcPr>
            <w:tcW w:w="1080" w:type="dxa"/>
          </w:tcPr>
          <w:p w14:paraId="0375FAFC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02A4EDE" w14:textId="77777777" w:rsidR="00EC75DD" w:rsidRDefault="00C66519">
            <w:r>
              <w:t>8</w:t>
            </w:r>
          </w:p>
        </w:tc>
        <w:tc>
          <w:tcPr>
            <w:tcW w:w="1080" w:type="dxa"/>
          </w:tcPr>
          <w:p w14:paraId="522072C3" w14:textId="77777777" w:rsidR="00EC75DD" w:rsidRDefault="00C66519">
            <w:r>
              <w:t>24</w:t>
            </w:r>
          </w:p>
        </w:tc>
      </w:tr>
      <w:tr w:rsidR="00EC75DD" w14:paraId="5A20B9F7" w14:textId="77777777">
        <w:tc>
          <w:tcPr>
            <w:tcW w:w="1080" w:type="dxa"/>
          </w:tcPr>
          <w:p w14:paraId="393FC889" w14:textId="77777777" w:rsidR="00EC75DD" w:rsidRDefault="00C66519">
            <w:r>
              <w:t>PNE 145</w:t>
            </w:r>
          </w:p>
        </w:tc>
        <w:tc>
          <w:tcPr>
            <w:tcW w:w="1080" w:type="dxa"/>
          </w:tcPr>
          <w:p w14:paraId="5EFCF560" w14:textId="77777777" w:rsidR="00EC75DD" w:rsidRDefault="00C66519">
            <w:r>
              <w:t>Trends in Practical Nursing</w:t>
            </w:r>
          </w:p>
        </w:tc>
        <w:tc>
          <w:tcPr>
            <w:tcW w:w="1080" w:type="dxa"/>
          </w:tcPr>
          <w:p w14:paraId="295E5A43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23B995E2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1B7B4E7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1FA3C56E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8D9D9AF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08810EC8" w14:textId="77777777" w:rsidR="00EC75DD" w:rsidRDefault="00C66519">
            <w:r>
              <w:t>0</w:t>
            </w:r>
          </w:p>
        </w:tc>
      </w:tr>
      <w:tr w:rsidR="00EC75DD" w14:paraId="61C13F75" w14:textId="77777777">
        <w:tc>
          <w:tcPr>
            <w:tcW w:w="1080" w:type="dxa"/>
          </w:tcPr>
          <w:p w14:paraId="348B121F" w14:textId="77777777" w:rsidR="00EC75DD" w:rsidRDefault="00C66519">
            <w:r>
              <w:t>PNE 295</w:t>
            </w:r>
          </w:p>
        </w:tc>
        <w:tc>
          <w:tcPr>
            <w:tcW w:w="1080" w:type="dxa"/>
          </w:tcPr>
          <w:p w14:paraId="5642FD7C" w14:textId="77777777" w:rsidR="00EC75DD" w:rsidRDefault="00C66519">
            <w:r>
              <w:t>Topics in NCLEX-PN Success</w:t>
            </w:r>
          </w:p>
        </w:tc>
        <w:tc>
          <w:tcPr>
            <w:tcW w:w="1080" w:type="dxa"/>
          </w:tcPr>
          <w:p w14:paraId="63037029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15F2C73D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1DD229AE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2295CCBB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7DBF793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7CB5B3D7" w14:textId="77777777" w:rsidR="00EC75DD" w:rsidRDefault="00C66519">
            <w:r>
              <w:t>0</w:t>
            </w:r>
          </w:p>
        </w:tc>
      </w:tr>
      <w:tr w:rsidR="00EC75DD" w14:paraId="51CAA4FF" w14:textId="77777777">
        <w:tc>
          <w:tcPr>
            <w:tcW w:w="1080" w:type="dxa"/>
          </w:tcPr>
          <w:p w14:paraId="4DAC4B30" w14:textId="77777777" w:rsidR="00EC75DD" w:rsidRDefault="00C66519">
            <w:r>
              <w:t>PNE 182</w:t>
            </w:r>
          </w:p>
        </w:tc>
        <w:tc>
          <w:tcPr>
            <w:tcW w:w="1080" w:type="dxa"/>
          </w:tcPr>
          <w:p w14:paraId="65CD488D" w14:textId="77777777" w:rsidR="00EC75DD" w:rsidRDefault="00C66519">
            <w:r>
              <w:t>Clinical II</w:t>
            </w:r>
          </w:p>
        </w:tc>
        <w:tc>
          <w:tcPr>
            <w:tcW w:w="1080" w:type="dxa"/>
          </w:tcPr>
          <w:p w14:paraId="0F653A71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397FC623" w14:textId="77777777" w:rsidR="00EC75DD" w:rsidRDefault="00C66519">
            <w:r>
              <w:t>209</w:t>
            </w:r>
          </w:p>
        </w:tc>
        <w:tc>
          <w:tcPr>
            <w:tcW w:w="1080" w:type="dxa"/>
          </w:tcPr>
          <w:p w14:paraId="75E0F252" w14:textId="77777777" w:rsidR="00EC75DD" w:rsidRDefault="00C66519">
            <w:r>
              <w:t>10</w:t>
            </w:r>
          </w:p>
        </w:tc>
        <w:tc>
          <w:tcPr>
            <w:tcW w:w="1080" w:type="dxa"/>
          </w:tcPr>
          <w:p w14:paraId="51BD2A2D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6107D9E3" w14:textId="77777777" w:rsidR="00EC75DD" w:rsidRDefault="00C66519">
            <w:r>
              <w:t>10</w:t>
            </w:r>
          </w:p>
        </w:tc>
        <w:tc>
          <w:tcPr>
            <w:tcW w:w="1080" w:type="dxa"/>
          </w:tcPr>
          <w:p w14:paraId="053EB5A1" w14:textId="77777777" w:rsidR="00EC75DD" w:rsidRDefault="00C66519">
            <w:r>
              <w:t>136</w:t>
            </w:r>
          </w:p>
        </w:tc>
      </w:tr>
      <w:tr w:rsidR="00EC75DD" w14:paraId="7F15A704" w14:textId="77777777">
        <w:tc>
          <w:tcPr>
            <w:tcW w:w="1080" w:type="dxa"/>
          </w:tcPr>
          <w:p w14:paraId="6628BDB9" w14:textId="77777777" w:rsidR="00EC75DD" w:rsidRDefault="00C66519">
            <w:r>
              <w:t>PNE 95</w:t>
            </w:r>
          </w:p>
        </w:tc>
        <w:tc>
          <w:tcPr>
            <w:tcW w:w="1080" w:type="dxa"/>
          </w:tcPr>
          <w:p w14:paraId="44036269" w14:textId="77777777" w:rsidR="00EC75DD" w:rsidRDefault="00C66519">
            <w:r>
              <w:t>Topics in HESI-Exit Success</w:t>
            </w:r>
          </w:p>
        </w:tc>
        <w:tc>
          <w:tcPr>
            <w:tcW w:w="1080" w:type="dxa"/>
          </w:tcPr>
          <w:p w14:paraId="50E327D1" w14:textId="77777777" w:rsidR="00EC75DD" w:rsidRDefault="00C66519">
            <w:r>
              <w:t>15</w:t>
            </w:r>
          </w:p>
        </w:tc>
        <w:tc>
          <w:tcPr>
            <w:tcW w:w="1080" w:type="dxa"/>
          </w:tcPr>
          <w:p w14:paraId="357B5651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7AB2FA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D4FE56B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D212C36" w14:textId="77777777" w:rsidR="00EC75DD" w:rsidRDefault="00C66519">
            <w:r>
              <w:t>0</w:t>
            </w:r>
          </w:p>
        </w:tc>
        <w:tc>
          <w:tcPr>
            <w:tcW w:w="1080" w:type="dxa"/>
          </w:tcPr>
          <w:p w14:paraId="5CA9F47F" w14:textId="77777777" w:rsidR="00EC75DD" w:rsidRDefault="00C66519">
            <w:r>
              <w:t>0</w:t>
            </w:r>
          </w:p>
        </w:tc>
      </w:tr>
    </w:tbl>
    <w:p w14:paraId="7CB54075" w14:textId="77777777" w:rsidR="00C66519" w:rsidRDefault="00C66519"/>
    <w:sectPr w:rsidR="00C665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623629">
    <w:abstractNumId w:val="8"/>
  </w:num>
  <w:num w:numId="2" w16cid:durableId="1722559102">
    <w:abstractNumId w:val="6"/>
  </w:num>
  <w:num w:numId="3" w16cid:durableId="609121015">
    <w:abstractNumId w:val="5"/>
  </w:num>
  <w:num w:numId="4" w16cid:durableId="887764232">
    <w:abstractNumId w:val="4"/>
  </w:num>
  <w:num w:numId="5" w16cid:durableId="1446003736">
    <w:abstractNumId w:val="7"/>
  </w:num>
  <w:num w:numId="6" w16cid:durableId="105733326">
    <w:abstractNumId w:val="3"/>
  </w:num>
  <w:num w:numId="7" w16cid:durableId="131218879">
    <w:abstractNumId w:val="2"/>
  </w:num>
  <w:num w:numId="8" w16cid:durableId="1486121257">
    <w:abstractNumId w:val="1"/>
  </w:num>
  <w:num w:numId="9" w16cid:durableId="62816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1D0F"/>
    <w:rsid w:val="00AA1D8D"/>
    <w:rsid w:val="00B0080F"/>
    <w:rsid w:val="00B47730"/>
    <w:rsid w:val="00C66519"/>
    <w:rsid w:val="00CB0664"/>
    <w:rsid w:val="00EC75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49170"/>
  <w14:defaultImageDpi w14:val="300"/>
  <w15:docId w15:val="{5BC3295E-BAD8-42BB-A782-E1226685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4" ma:contentTypeDescription="Create a new document." ma:contentTypeScope="" ma:versionID="6e770d34604102a4fe78f95c7a04706a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b05f5bb240316032aa976fa107369cdf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EDCFA-6E75-4F9D-BF56-D0F2184B7F3A}"/>
</file>

<file path=customXml/itemProps3.xml><?xml version="1.0" encoding="utf-8"?>
<ds:datastoreItem xmlns:ds="http://schemas.openxmlformats.org/officeDocument/2006/customXml" ds:itemID="{692BC394-80A4-47AD-A079-9ED338EB90EC}"/>
</file>

<file path=customXml/itemProps4.xml><?xml version="1.0" encoding="utf-8"?>
<ds:datastoreItem xmlns:ds="http://schemas.openxmlformats.org/officeDocument/2006/customXml" ds:itemID="{31F38812-F82C-4B17-B144-452454D8CAC1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698</Characters>
  <Application>Microsoft Office Word</Application>
  <DocSecurity>0</DocSecurity>
  <Lines>174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Linda Cline</cp:lastModifiedBy>
  <cp:revision>2</cp:revision>
  <dcterms:created xsi:type="dcterms:W3CDTF">2026-03-11T22:28:00Z</dcterms:created>
  <dcterms:modified xsi:type="dcterms:W3CDTF">2026-03-11T22:28:00Z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0x0101004B2C83DBAA2FDD4199F8EC48F996A2EC</vt:lpwstr>
  </property>
</Properties>
</file>